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D06A" w14:textId="12E0C4A1" w:rsidR="00D16126" w:rsidRPr="00080E82" w:rsidRDefault="00C01CEF" w:rsidP="00D16126">
      <w:pPr>
        <w:jc w:val="right"/>
        <w:rPr>
          <w:rFonts w:ascii="Verdana" w:hAnsi="Verdana" w:cs="Times New Roman"/>
          <w:b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 xml:space="preserve"> PRILOG 2. </w:t>
      </w:r>
    </w:p>
    <w:p w14:paraId="6F50357E" w14:textId="77777777" w:rsidR="00C33951" w:rsidRPr="00080E82" w:rsidRDefault="00000000" w:rsidP="00E36212">
      <w:pPr>
        <w:jc w:val="center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PRIJAVNICA</w:t>
      </w:r>
    </w:p>
    <w:p w14:paraId="73210B72" w14:textId="77777777" w:rsidR="008D6D2E" w:rsidRPr="00080E82" w:rsidRDefault="00000000" w:rsidP="008D6D2E">
      <w:pPr>
        <w:jc w:val="center"/>
        <w:rPr>
          <w:rFonts w:ascii="Verdana" w:hAnsi="Verdana"/>
          <w:b/>
          <w:bCs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 xml:space="preserve">uz </w:t>
      </w:r>
      <w:r w:rsidRPr="00080E82">
        <w:rPr>
          <w:rFonts w:ascii="Verdana" w:hAnsi="Verdana"/>
          <w:b/>
          <w:bCs/>
          <w:sz w:val="20"/>
          <w:szCs w:val="20"/>
          <w:lang w:val="hr-HR"/>
        </w:rPr>
        <w:t>N A T J E Č A J</w:t>
      </w:r>
    </w:p>
    <w:p w14:paraId="55C10B2D" w14:textId="77777777" w:rsidR="008D6D2E" w:rsidRPr="00080E82" w:rsidRDefault="008D6D2E" w:rsidP="008D6D2E">
      <w:pPr>
        <w:ind w:left="397" w:right="397"/>
        <w:jc w:val="center"/>
        <w:rPr>
          <w:rFonts w:ascii="Verdana" w:hAnsi="Verdana"/>
          <w:b/>
          <w:bCs/>
          <w:sz w:val="20"/>
          <w:szCs w:val="20"/>
          <w:lang w:val="hr-HR"/>
        </w:rPr>
      </w:pPr>
      <w:bookmarkStart w:id="0" w:name="_Hlk83375496"/>
      <w:bookmarkStart w:id="1" w:name="_Hlk117000361"/>
      <w:r w:rsidRPr="00080E82">
        <w:rPr>
          <w:rFonts w:ascii="Verdana" w:hAnsi="Verdana"/>
          <w:b/>
          <w:bCs/>
          <w:sz w:val="20"/>
          <w:szCs w:val="20"/>
          <w:lang w:val="hr-HR"/>
        </w:rPr>
        <w:t xml:space="preserve">za davanje na privremeno korištenje dijela prostora Ljetne pozornice za organizaciju </w:t>
      </w:r>
      <w:bookmarkEnd w:id="0"/>
      <w:bookmarkEnd w:id="1"/>
      <w:r w:rsidRPr="00080E82">
        <w:rPr>
          <w:rFonts w:ascii="Verdana" w:hAnsi="Verdana"/>
          <w:b/>
          <w:bCs/>
          <w:sz w:val="20"/>
          <w:szCs w:val="20"/>
          <w:lang w:val="hr-HR"/>
        </w:rPr>
        <w:t>popratnih ugostiteljskih i programskih sadržaja u razdoblju od 5. prosinca 2026. do 10. siječnja 2027. godine uz manifestaciju „Ledena čarolija 2026/2027“ na opatijskoj Ljetnoj pozornici</w:t>
      </w:r>
    </w:p>
    <w:p w14:paraId="69D69370" w14:textId="77777777" w:rsidR="00C33951" w:rsidRPr="00080E82" w:rsidRDefault="00C33951" w:rsidP="00E36212">
      <w:pPr>
        <w:jc w:val="center"/>
        <w:rPr>
          <w:rFonts w:ascii="Verdana" w:hAnsi="Verdana" w:cs="Times New Roman"/>
          <w:sz w:val="20"/>
          <w:szCs w:val="20"/>
          <w:lang w:val="hr-HR"/>
        </w:rPr>
      </w:pPr>
    </w:p>
    <w:p w14:paraId="67E32493" w14:textId="77777777" w:rsidR="00C33951" w:rsidRPr="00080E82" w:rsidRDefault="008D6D2E" w:rsidP="00E36212">
      <w:pPr>
        <w:spacing w:before="200"/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1. PODACI O PONUDITELJU</w:t>
      </w:r>
    </w:p>
    <w:p w14:paraId="0FFF0308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U slučaju zajedničke ponude u tablicu se upisuju podaci o nositelju zajednice ponuditelja, a podaci o ostalim članovima upisuju se u točku 3. ove prijavnice.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36212" w:rsidRPr="00080E82" w14:paraId="3EB41B1F" w14:textId="77777777">
        <w:trPr>
          <w:jc w:val="center"/>
        </w:trPr>
        <w:tc>
          <w:tcPr>
            <w:tcW w:w="4986" w:type="dxa"/>
            <w:vAlign w:val="center"/>
          </w:tcPr>
          <w:p w14:paraId="45240566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Podatak</w:t>
            </w:r>
          </w:p>
        </w:tc>
        <w:tc>
          <w:tcPr>
            <w:tcW w:w="4986" w:type="dxa"/>
            <w:vAlign w:val="center"/>
          </w:tcPr>
          <w:p w14:paraId="11EFFC70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Upis ponuditelja</w:t>
            </w:r>
          </w:p>
        </w:tc>
      </w:tr>
      <w:tr w:rsidR="00E36212" w:rsidRPr="00080E82" w14:paraId="2B1B77B9" w14:textId="77777777" w:rsidTr="00C15E4F">
        <w:trPr>
          <w:trHeight w:val="479"/>
          <w:jc w:val="center"/>
        </w:trPr>
        <w:tc>
          <w:tcPr>
            <w:tcW w:w="4986" w:type="dxa"/>
            <w:vAlign w:val="center"/>
          </w:tcPr>
          <w:p w14:paraId="1E814436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Naziv / ime i prezime ponuditelja</w:t>
            </w:r>
          </w:p>
        </w:tc>
        <w:tc>
          <w:tcPr>
            <w:tcW w:w="4986" w:type="dxa"/>
            <w:vAlign w:val="center"/>
          </w:tcPr>
          <w:p w14:paraId="60229E30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B5DDB6C" w14:textId="77777777">
        <w:trPr>
          <w:jc w:val="center"/>
        </w:trPr>
        <w:tc>
          <w:tcPr>
            <w:tcW w:w="4986" w:type="dxa"/>
            <w:vAlign w:val="center"/>
          </w:tcPr>
          <w:p w14:paraId="57CCB757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Pravni oblik (trgovačko društvo, obrt, OPG, drugo)</w:t>
            </w:r>
          </w:p>
        </w:tc>
        <w:tc>
          <w:tcPr>
            <w:tcW w:w="4986" w:type="dxa"/>
            <w:vAlign w:val="center"/>
          </w:tcPr>
          <w:p w14:paraId="63A27B37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74693555" w14:textId="77777777" w:rsidTr="00C15E4F">
        <w:trPr>
          <w:trHeight w:val="480"/>
          <w:jc w:val="center"/>
        </w:trPr>
        <w:tc>
          <w:tcPr>
            <w:tcW w:w="4986" w:type="dxa"/>
            <w:vAlign w:val="center"/>
          </w:tcPr>
          <w:p w14:paraId="0AB7B466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OIB ponuditelja</w:t>
            </w:r>
          </w:p>
        </w:tc>
        <w:tc>
          <w:tcPr>
            <w:tcW w:w="4986" w:type="dxa"/>
            <w:vAlign w:val="center"/>
          </w:tcPr>
          <w:p w14:paraId="449071C4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3A8E3479" w14:textId="77777777" w:rsidTr="00C15E4F">
        <w:trPr>
          <w:trHeight w:val="572"/>
          <w:jc w:val="center"/>
        </w:trPr>
        <w:tc>
          <w:tcPr>
            <w:tcW w:w="4986" w:type="dxa"/>
            <w:vAlign w:val="center"/>
          </w:tcPr>
          <w:p w14:paraId="032FE283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Sjedište / adresa</w:t>
            </w:r>
          </w:p>
        </w:tc>
        <w:tc>
          <w:tcPr>
            <w:tcW w:w="4986" w:type="dxa"/>
            <w:vAlign w:val="center"/>
          </w:tcPr>
          <w:p w14:paraId="5F116CF7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48B940C1" w14:textId="77777777" w:rsidTr="00C15E4F">
        <w:trPr>
          <w:trHeight w:val="552"/>
          <w:jc w:val="center"/>
        </w:trPr>
        <w:tc>
          <w:tcPr>
            <w:tcW w:w="4986" w:type="dxa"/>
            <w:vAlign w:val="center"/>
          </w:tcPr>
          <w:p w14:paraId="7C7FD048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Ime i prezime ovlaštene / odgovorne osobe</w:t>
            </w:r>
          </w:p>
        </w:tc>
        <w:tc>
          <w:tcPr>
            <w:tcW w:w="4986" w:type="dxa"/>
            <w:vAlign w:val="center"/>
          </w:tcPr>
          <w:p w14:paraId="4E66618D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95C2B6E" w14:textId="77777777" w:rsidTr="00C15E4F">
        <w:trPr>
          <w:trHeight w:val="560"/>
          <w:jc w:val="center"/>
        </w:trPr>
        <w:tc>
          <w:tcPr>
            <w:tcW w:w="4986" w:type="dxa"/>
            <w:vAlign w:val="center"/>
          </w:tcPr>
          <w:p w14:paraId="05F6007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Kontakt osoba</w:t>
            </w:r>
          </w:p>
        </w:tc>
        <w:tc>
          <w:tcPr>
            <w:tcW w:w="4986" w:type="dxa"/>
            <w:vAlign w:val="center"/>
          </w:tcPr>
          <w:p w14:paraId="497D5CC1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92D93B9" w14:textId="77777777" w:rsidTr="00C15E4F">
        <w:trPr>
          <w:trHeight w:val="568"/>
          <w:jc w:val="center"/>
        </w:trPr>
        <w:tc>
          <w:tcPr>
            <w:tcW w:w="4986" w:type="dxa"/>
            <w:vAlign w:val="center"/>
          </w:tcPr>
          <w:p w14:paraId="0FFB1A91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Telefon / mobitel</w:t>
            </w:r>
          </w:p>
        </w:tc>
        <w:tc>
          <w:tcPr>
            <w:tcW w:w="4986" w:type="dxa"/>
            <w:vAlign w:val="center"/>
          </w:tcPr>
          <w:p w14:paraId="2F36ECF7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E20DBA2" w14:textId="77777777" w:rsidTr="00C15E4F">
        <w:trPr>
          <w:trHeight w:val="548"/>
          <w:jc w:val="center"/>
        </w:trPr>
        <w:tc>
          <w:tcPr>
            <w:tcW w:w="4986" w:type="dxa"/>
            <w:vAlign w:val="center"/>
          </w:tcPr>
          <w:p w14:paraId="148911C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E-adresa</w:t>
            </w:r>
          </w:p>
        </w:tc>
        <w:tc>
          <w:tcPr>
            <w:tcW w:w="4986" w:type="dxa"/>
            <w:vAlign w:val="center"/>
          </w:tcPr>
          <w:p w14:paraId="697CA708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</w:tbl>
    <w:p w14:paraId="7D96CE1C" w14:textId="77777777" w:rsidR="00C33951" w:rsidRPr="00080E82" w:rsidRDefault="008D6D2E" w:rsidP="00E36212">
      <w:pPr>
        <w:spacing w:before="200"/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2. ODABIR PROIZVODA OBVEZNE MINIMALNE PONUDE</w:t>
      </w:r>
    </w:p>
    <w:p w14:paraId="1D6DF68B" w14:textId="77777777" w:rsidR="00C33951" w:rsidRPr="00080E82" w:rsidRDefault="00000000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Ispuniti odnosno označiti proizvod koji će ponuditelj, ukoliko bude odabran, učiniti dostupnim tijekom cijelog propisanog radnog vremena, uz normative i maksimalne cijene iz Natječaja.</w:t>
      </w:r>
    </w:p>
    <w:p w14:paraId="1E97FB67" w14:textId="77777777" w:rsidR="00C33951" w:rsidRPr="00080E82" w:rsidRDefault="008D6D2E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Obavezno je označiti točno 2 slana jela, 1 slasticu i 3 različita pića.</w:t>
      </w:r>
    </w:p>
    <w:p w14:paraId="47946E24" w14:textId="77777777" w:rsidR="00C33951" w:rsidRPr="00080E82" w:rsidRDefault="00000000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Slano jelo – odabrati 2 proizvoda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9"/>
        <w:gridCol w:w="2490"/>
        <w:gridCol w:w="2492"/>
        <w:gridCol w:w="2491"/>
      </w:tblGrid>
      <w:tr w:rsidR="00E36212" w:rsidRPr="00080E82" w14:paraId="7B0E90BD" w14:textId="77777777">
        <w:trPr>
          <w:jc w:val="center"/>
        </w:trPr>
        <w:tc>
          <w:tcPr>
            <w:tcW w:w="2493" w:type="dxa"/>
            <w:vAlign w:val="center"/>
          </w:tcPr>
          <w:p w14:paraId="24523F1C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Odabir</w:t>
            </w:r>
          </w:p>
        </w:tc>
        <w:tc>
          <w:tcPr>
            <w:tcW w:w="2493" w:type="dxa"/>
            <w:vAlign w:val="center"/>
          </w:tcPr>
          <w:p w14:paraId="024BDB7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Proizvod</w:t>
            </w:r>
          </w:p>
        </w:tc>
        <w:tc>
          <w:tcPr>
            <w:tcW w:w="2493" w:type="dxa"/>
            <w:vAlign w:val="center"/>
          </w:tcPr>
          <w:p w14:paraId="332ED984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Minimalni normativ</w:t>
            </w:r>
          </w:p>
        </w:tc>
        <w:tc>
          <w:tcPr>
            <w:tcW w:w="2493" w:type="dxa"/>
            <w:vAlign w:val="center"/>
          </w:tcPr>
          <w:p w14:paraId="275B77C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Maksimalna cijena</w:t>
            </w:r>
          </w:p>
        </w:tc>
      </w:tr>
      <w:tr w:rsidR="00E36212" w:rsidRPr="00080E82" w14:paraId="54004A73" w14:textId="77777777">
        <w:trPr>
          <w:jc w:val="center"/>
        </w:trPr>
        <w:tc>
          <w:tcPr>
            <w:tcW w:w="2493" w:type="dxa"/>
            <w:vAlign w:val="center"/>
          </w:tcPr>
          <w:p w14:paraId="78D38A22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666734B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 xml:space="preserve">Hot </w:t>
            </w:r>
            <w:proofErr w:type="spellStart"/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dog</w:t>
            </w:r>
            <w:proofErr w:type="spellEnd"/>
          </w:p>
        </w:tc>
        <w:tc>
          <w:tcPr>
            <w:tcW w:w="2493" w:type="dxa"/>
            <w:vAlign w:val="center"/>
          </w:tcPr>
          <w:p w14:paraId="205DF56C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1 kom., kobasica/hrenovka najmanje 80 g</w:t>
            </w:r>
          </w:p>
        </w:tc>
        <w:tc>
          <w:tcPr>
            <w:tcW w:w="2493" w:type="dxa"/>
            <w:vAlign w:val="center"/>
          </w:tcPr>
          <w:p w14:paraId="4F9CF8C4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5,00 EUR</w:t>
            </w:r>
          </w:p>
        </w:tc>
      </w:tr>
      <w:tr w:rsidR="00E36212" w:rsidRPr="00080E82" w14:paraId="5A7E106C" w14:textId="77777777">
        <w:trPr>
          <w:jc w:val="center"/>
        </w:trPr>
        <w:tc>
          <w:tcPr>
            <w:tcW w:w="2493" w:type="dxa"/>
            <w:vAlign w:val="center"/>
          </w:tcPr>
          <w:p w14:paraId="2A34F00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4BE9E722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Hamburger</w:t>
            </w:r>
          </w:p>
        </w:tc>
        <w:tc>
          <w:tcPr>
            <w:tcW w:w="2493" w:type="dxa"/>
            <w:vAlign w:val="center"/>
          </w:tcPr>
          <w:p w14:paraId="6754D6F8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1 kom., mesni dio najmanje 80 g</w:t>
            </w:r>
          </w:p>
        </w:tc>
        <w:tc>
          <w:tcPr>
            <w:tcW w:w="2493" w:type="dxa"/>
            <w:vAlign w:val="center"/>
          </w:tcPr>
          <w:p w14:paraId="3CC7DD3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5,00 EUR</w:t>
            </w:r>
          </w:p>
        </w:tc>
      </w:tr>
      <w:tr w:rsidR="00E36212" w:rsidRPr="00080E82" w14:paraId="1F9360CF" w14:textId="77777777">
        <w:trPr>
          <w:jc w:val="center"/>
        </w:trPr>
        <w:tc>
          <w:tcPr>
            <w:tcW w:w="2493" w:type="dxa"/>
            <w:vAlign w:val="center"/>
          </w:tcPr>
          <w:p w14:paraId="3148D4BB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5215C713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Bakalar</w:t>
            </w:r>
          </w:p>
        </w:tc>
        <w:tc>
          <w:tcPr>
            <w:tcW w:w="2493" w:type="dxa"/>
            <w:vAlign w:val="center"/>
          </w:tcPr>
          <w:p w14:paraId="28830623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100 g gotovog jela + kruh</w:t>
            </w:r>
          </w:p>
        </w:tc>
        <w:tc>
          <w:tcPr>
            <w:tcW w:w="2493" w:type="dxa"/>
            <w:vAlign w:val="center"/>
          </w:tcPr>
          <w:p w14:paraId="458F2536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5,00 EUR</w:t>
            </w:r>
          </w:p>
        </w:tc>
      </w:tr>
    </w:tbl>
    <w:p w14:paraId="73F5B705" w14:textId="77777777" w:rsidR="00C33951" w:rsidRPr="00080E82" w:rsidRDefault="00000000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Slastica – odabrati 1 proizvod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E36212" w:rsidRPr="00080E82" w14:paraId="53894237" w14:textId="77777777">
        <w:trPr>
          <w:jc w:val="center"/>
        </w:trPr>
        <w:tc>
          <w:tcPr>
            <w:tcW w:w="2493" w:type="dxa"/>
            <w:vAlign w:val="center"/>
          </w:tcPr>
          <w:p w14:paraId="347B222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Odabir</w:t>
            </w:r>
          </w:p>
        </w:tc>
        <w:tc>
          <w:tcPr>
            <w:tcW w:w="2493" w:type="dxa"/>
            <w:vAlign w:val="center"/>
          </w:tcPr>
          <w:p w14:paraId="72D9AB7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Proizvod</w:t>
            </w:r>
          </w:p>
        </w:tc>
        <w:tc>
          <w:tcPr>
            <w:tcW w:w="2493" w:type="dxa"/>
            <w:vAlign w:val="center"/>
          </w:tcPr>
          <w:p w14:paraId="239520F9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Minimalni normativ</w:t>
            </w:r>
          </w:p>
        </w:tc>
        <w:tc>
          <w:tcPr>
            <w:tcW w:w="2493" w:type="dxa"/>
            <w:vAlign w:val="center"/>
          </w:tcPr>
          <w:p w14:paraId="2B1EB16C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Maksimalna cijena</w:t>
            </w:r>
          </w:p>
        </w:tc>
      </w:tr>
      <w:tr w:rsidR="00E36212" w:rsidRPr="00080E82" w14:paraId="70C55663" w14:textId="77777777">
        <w:trPr>
          <w:jc w:val="center"/>
        </w:trPr>
        <w:tc>
          <w:tcPr>
            <w:tcW w:w="2493" w:type="dxa"/>
            <w:vAlign w:val="center"/>
          </w:tcPr>
          <w:p w14:paraId="53BE2AD8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417E8BC4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Božićni kolači</w:t>
            </w:r>
          </w:p>
        </w:tc>
        <w:tc>
          <w:tcPr>
            <w:tcW w:w="2493" w:type="dxa"/>
            <w:vAlign w:val="center"/>
          </w:tcPr>
          <w:p w14:paraId="2EC4BC3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100 g</w:t>
            </w:r>
          </w:p>
        </w:tc>
        <w:tc>
          <w:tcPr>
            <w:tcW w:w="2493" w:type="dxa"/>
            <w:vAlign w:val="center"/>
          </w:tcPr>
          <w:p w14:paraId="4C76486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3,00 EUR</w:t>
            </w:r>
          </w:p>
        </w:tc>
      </w:tr>
      <w:tr w:rsidR="00E36212" w:rsidRPr="00080E82" w14:paraId="18D23EBF" w14:textId="77777777">
        <w:trPr>
          <w:jc w:val="center"/>
        </w:trPr>
        <w:tc>
          <w:tcPr>
            <w:tcW w:w="2493" w:type="dxa"/>
            <w:vAlign w:val="center"/>
          </w:tcPr>
          <w:p w14:paraId="5D8FF72B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770A1957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Fritule</w:t>
            </w:r>
          </w:p>
        </w:tc>
        <w:tc>
          <w:tcPr>
            <w:tcW w:w="2493" w:type="dxa"/>
            <w:vAlign w:val="center"/>
          </w:tcPr>
          <w:p w14:paraId="597B0DF3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120 g</w:t>
            </w:r>
          </w:p>
        </w:tc>
        <w:tc>
          <w:tcPr>
            <w:tcW w:w="2493" w:type="dxa"/>
            <w:vAlign w:val="center"/>
          </w:tcPr>
          <w:p w14:paraId="60D2FA1E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3,00 EUR</w:t>
            </w:r>
          </w:p>
        </w:tc>
      </w:tr>
      <w:tr w:rsidR="00E36212" w:rsidRPr="00080E82" w14:paraId="3B6E19FF" w14:textId="77777777">
        <w:trPr>
          <w:jc w:val="center"/>
        </w:trPr>
        <w:tc>
          <w:tcPr>
            <w:tcW w:w="2493" w:type="dxa"/>
            <w:vAlign w:val="center"/>
          </w:tcPr>
          <w:p w14:paraId="54BDE3C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lastRenderedPageBreak/>
              <w:t>☐</w:t>
            </w:r>
          </w:p>
        </w:tc>
        <w:tc>
          <w:tcPr>
            <w:tcW w:w="2493" w:type="dxa"/>
            <w:vAlign w:val="center"/>
          </w:tcPr>
          <w:p w14:paraId="13D91514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Palačinke</w:t>
            </w:r>
          </w:p>
        </w:tc>
        <w:tc>
          <w:tcPr>
            <w:tcW w:w="2493" w:type="dxa"/>
            <w:vAlign w:val="center"/>
          </w:tcPr>
          <w:p w14:paraId="0A0A5F6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120 g gotovog proizvoda s punjenjem</w:t>
            </w:r>
          </w:p>
        </w:tc>
        <w:tc>
          <w:tcPr>
            <w:tcW w:w="2493" w:type="dxa"/>
            <w:vAlign w:val="center"/>
          </w:tcPr>
          <w:p w14:paraId="4AFBDD8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3,00 EUR</w:t>
            </w:r>
          </w:p>
        </w:tc>
      </w:tr>
    </w:tbl>
    <w:p w14:paraId="09E82DF2" w14:textId="77777777" w:rsidR="00C33951" w:rsidRPr="00080E82" w:rsidRDefault="00000000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Pića – odabrati 3 proizvod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E36212" w:rsidRPr="00080E82" w14:paraId="6CDBC760" w14:textId="77777777">
        <w:trPr>
          <w:jc w:val="center"/>
        </w:trPr>
        <w:tc>
          <w:tcPr>
            <w:tcW w:w="2493" w:type="dxa"/>
            <w:vAlign w:val="center"/>
          </w:tcPr>
          <w:p w14:paraId="2B375C61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Odabir</w:t>
            </w:r>
          </w:p>
        </w:tc>
        <w:tc>
          <w:tcPr>
            <w:tcW w:w="2493" w:type="dxa"/>
            <w:vAlign w:val="center"/>
          </w:tcPr>
          <w:p w14:paraId="05DFC950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Proizvod</w:t>
            </w:r>
          </w:p>
        </w:tc>
        <w:tc>
          <w:tcPr>
            <w:tcW w:w="2493" w:type="dxa"/>
            <w:vAlign w:val="center"/>
          </w:tcPr>
          <w:p w14:paraId="753AADE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Minimalni normativ</w:t>
            </w:r>
          </w:p>
        </w:tc>
        <w:tc>
          <w:tcPr>
            <w:tcW w:w="2493" w:type="dxa"/>
            <w:vAlign w:val="center"/>
          </w:tcPr>
          <w:p w14:paraId="672E0DFE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Maksimalna cijena</w:t>
            </w:r>
          </w:p>
        </w:tc>
      </w:tr>
      <w:tr w:rsidR="00E36212" w:rsidRPr="00080E82" w14:paraId="132061FA" w14:textId="77777777">
        <w:trPr>
          <w:jc w:val="center"/>
        </w:trPr>
        <w:tc>
          <w:tcPr>
            <w:tcW w:w="2493" w:type="dxa"/>
            <w:vAlign w:val="center"/>
          </w:tcPr>
          <w:p w14:paraId="467CA29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36773AE0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Kuhano vino</w:t>
            </w:r>
          </w:p>
        </w:tc>
        <w:tc>
          <w:tcPr>
            <w:tcW w:w="2493" w:type="dxa"/>
            <w:vAlign w:val="center"/>
          </w:tcPr>
          <w:p w14:paraId="171A750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0,20 l</w:t>
            </w:r>
          </w:p>
        </w:tc>
        <w:tc>
          <w:tcPr>
            <w:tcW w:w="2493" w:type="dxa"/>
            <w:vAlign w:val="center"/>
          </w:tcPr>
          <w:p w14:paraId="6D0926B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3,00 EUR</w:t>
            </w:r>
          </w:p>
        </w:tc>
      </w:tr>
      <w:tr w:rsidR="00E36212" w:rsidRPr="00080E82" w14:paraId="6093CB4C" w14:textId="77777777">
        <w:trPr>
          <w:jc w:val="center"/>
        </w:trPr>
        <w:tc>
          <w:tcPr>
            <w:tcW w:w="2493" w:type="dxa"/>
            <w:vAlign w:val="center"/>
          </w:tcPr>
          <w:p w14:paraId="5C5B7F92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3D39F661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Topla čokolada</w:t>
            </w:r>
          </w:p>
        </w:tc>
        <w:tc>
          <w:tcPr>
            <w:tcW w:w="2493" w:type="dxa"/>
            <w:vAlign w:val="center"/>
          </w:tcPr>
          <w:p w14:paraId="73ADC81E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0,20 l</w:t>
            </w:r>
          </w:p>
        </w:tc>
        <w:tc>
          <w:tcPr>
            <w:tcW w:w="2493" w:type="dxa"/>
            <w:vAlign w:val="center"/>
          </w:tcPr>
          <w:p w14:paraId="6CE321C7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3,00 EUR</w:t>
            </w:r>
          </w:p>
        </w:tc>
      </w:tr>
      <w:tr w:rsidR="00E36212" w:rsidRPr="00080E82" w14:paraId="4A2B660F" w14:textId="77777777">
        <w:trPr>
          <w:jc w:val="center"/>
        </w:trPr>
        <w:tc>
          <w:tcPr>
            <w:tcW w:w="2493" w:type="dxa"/>
            <w:vAlign w:val="center"/>
          </w:tcPr>
          <w:p w14:paraId="20EB1421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756FF094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Kakao</w:t>
            </w:r>
          </w:p>
        </w:tc>
        <w:tc>
          <w:tcPr>
            <w:tcW w:w="2493" w:type="dxa"/>
            <w:vAlign w:val="center"/>
          </w:tcPr>
          <w:p w14:paraId="626D5F9D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0,20 l</w:t>
            </w:r>
          </w:p>
        </w:tc>
        <w:tc>
          <w:tcPr>
            <w:tcW w:w="2493" w:type="dxa"/>
            <w:vAlign w:val="center"/>
          </w:tcPr>
          <w:p w14:paraId="18FA0200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3,00 EUR</w:t>
            </w:r>
          </w:p>
        </w:tc>
      </w:tr>
      <w:tr w:rsidR="00E36212" w:rsidRPr="00080E82" w14:paraId="2BE2DAFF" w14:textId="77777777">
        <w:trPr>
          <w:jc w:val="center"/>
        </w:trPr>
        <w:tc>
          <w:tcPr>
            <w:tcW w:w="2493" w:type="dxa"/>
            <w:vAlign w:val="center"/>
          </w:tcPr>
          <w:p w14:paraId="7DF71FCB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0C8BA07E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Čaj</w:t>
            </w:r>
          </w:p>
        </w:tc>
        <w:tc>
          <w:tcPr>
            <w:tcW w:w="2493" w:type="dxa"/>
            <w:vAlign w:val="center"/>
          </w:tcPr>
          <w:p w14:paraId="6398AB0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0,20 l</w:t>
            </w:r>
          </w:p>
        </w:tc>
        <w:tc>
          <w:tcPr>
            <w:tcW w:w="2493" w:type="dxa"/>
            <w:vAlign w:val="center"/>
          </w:tcPr>
          <w:p w14:paraId="72E73B82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2,00 EUR</w:t>
            </w:r>
          </w:p>
        </w:tc>
      </w:tr>
      <w:tr w:rsidR="00E36212" w:rsidRPr="00080E82" w14:paraId="2BB2C57C" w14:textId="77777777">
        <w:trPr>
          <w:jc w:val="center"/>
        </w:trPr>
        <w:tc>
          <w:tcPr>
            <w:tcW w:w="2493" w:type="dxa"/>
            <w:vAlign w:val="center"/>
          </w:tcPr>
          <w:p w14:paraId="38F82A59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</w:p>
        </w:tc>
        <w:tc>
          <w:tcPr>
            <w:tcW w:w="2493" w:type="dxa"/>
            <w:vAlign w:val="center"/>
          </w:tcPr>
          <w:p w14:paraId="237D7DA3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Voda</w:t>
            </w:r>
          </w:p>
        </w:tc>
        <w:tc>
          <w:tcPr>
            <w:tcW w:w="2493" w:type="dxa"/>
            <w:vAlign w:val="center"/>
          </w:tcPr>
          <w:p w14:paraId="20499FD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najmanje 0,50 l</w:t>
            </w:r>
          </w:p>
        </w:tc>
        <w:tc>
          <w:tcPr>
            <w:tcW w:w="2493" w:type="dxa"/>
            <w:vAlign w:val="center"/>
          </w:tcPr>
          <w:p w14:paraId="4386F6B1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2,00 EUR</w:t>
            </w:r>
          </w:p>
        </w:tc>
      </w:tr>
    </w:tbl>
    <w:p w14:paraId="044EF014" w14:textId="77777777" w:rsidR="00CA387C" w:rsidRPr="00080E82" w:rsidRDefault="00000000">
      <w:pPr>
        <w:spacing w:before="200"/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3. ZAJEDNIČKA PONUDA (popunjava se samo u slučaju zajedničke ponude)</w:t>
      </w:r>
    </w:p>
    <w:p w14:paraId="635CF46C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Zajednicu ponuditelja čine nositelj zajednice ponuditelja (podaci u točki 1.) i najviše dva dodatna člana. Podaci o dodatnim članovima:</w:t>
      </w:r>
    </w:p>
    <w:p w14:paraId="0019C62E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Član zajednice ponuditelja br.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36212" w:rsidRPr="00080E82" w14:paraId="416A76AF" w14:textId="77777777">
        <w:trPr>
          <w:jc w:val="center"/>
        </w:trPr>
        <w:tc>
          <w:tcPr>
            <w:tcW w:w="4986" w:type="dxa"/>
            <w:vAlign w:val="center"/>
          </w:tcPr>
          <w:p w14:paraId="77D4783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Podatak</w:t>
            </w:r>
          </w:p>
        </w:tc>
        <w:tc>
          <w:tcPr>
            <w:tcW w:w="4986" w:type="dxa"/>
            <w:vAlign w:val="center"/>
          </w:tcPr>
          <w:p w14:paraId="2D16092B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Upis – član br. 2</w:t>
            </w:r>
          </w:p>
        </w:tc>
      </w:tr>
      <w:tr w:rsidR="00E36212" w:rsidRPr="00080E82" w14:paraId="08D47828" w14:textId="77777777" w:rsidTr="00C15E4F">
        <w:trPr>
          <w:trHeight w:val="479"/>
          <w:jc w:val="center"/>
        </w:trPr>
        <w:tc>
          <w:tcPr>
            <w:tcW w:w="4986" w:type="dxa"/>
            <w:vAlign w:val="center"/>
          </w:tcPr>
          <w:p w14:paraId="2C57FD07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Naziv / ime i prezime člana</w:t>
            </w:r>
          </w:p>
        </w:tc>
        <w:tc>
          <w:tcPr>
            <w:tcW w:w="4986" w:type="dxa"/>
            <w:vAlign w:val="center"/>
          </w:tcPr>
          <w:p w14:paraId="4692CD22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5606CEA2" w14:textId="77777777">
        <w:trPr>
          <w:jc w:val="center"/>
        </w:trPr>
        <w:tc>
          <w:tcPr>
            <w:tcW w:w="4986" w:type="dxa"/>
            <w:vAlign w:val="center"/>
          </w:tcPr>
          <w:p w14:paraId="5A125219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Pravni oblik (trgovačko društvo, obrt, drugo)</w:t>
            </w:r>
          </w:p>
        </w:tc>
        <w:tc>
          <w:tcPr>
            <w:tcW w:w="4986" w:type="dxa"/>
            <w:vAlign w:val="center"/>
          </w:tcPr>
          <w:p w14:paraId="0BE4726F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09242AC1" w14:textId="77777777" w:rsidTr="00C15E4F">
        <w:trPr>
          <w:trHeight w:val="480"/>
          <w:jc w:val="center"/>
        </w:trPr>
        <w:tc>
          <w:tcPr>
            <w:tcW w:w="4986" w:type="dxa"/>
            <w:vAlign w:val="center"/>
          </w:tcPr>
          <w:p w14:paraId="5E321389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OIB člana</w:t>
            </w:r>
          </w:p>
        </w:tc>
        <w:tc>
          <w:tcPr>
            <w:tcW w:w="4986" w:type="dxa"/>
            <w:vAlign w:val="center"/>
          </w:tcPr>
          <w:p w14:paraId="4224642F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41DFF1D9" w14:textId="77777777" w:rsidTr="00C15E4F">
        <w:trPr>
          <w:trHeight w:val="572"/>
          <w:jc w:val="center"/>
        </w:trPr>
        <w:tc>
          <w:tcPr>
            <w:tcW w:w="4986" w:type="dxa"/>
            <w:vAlign w:val="center"/>
          </w:tcPr>
          <w:p w14:paraId="4B88F31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Sjedište / adresa</w:t>
            </w:r>
          </w:p>
        </w:tc>
        <w:tc>
          <w:tcPr>
            <w:tcW w:w="4986" w:type="dxa"/>
            <w:vAlign w:val="center"/>
          </w:tcPr>
          <w:p w14:paraId="5FE3D143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29DAD9E8" w14:textId="77777777" w:rsidTr="00C15E4F">
        <w:trPr>
          <w:trHeight w:val="552"/>
          <w:jc w:val="center"/>
        </w:trPr>
        <w:tc>
          <w:tcPr>
            <w:tcW w:w="4986" w:type="dxa"/>
            <w:vAlign w:val="center"/>
          </w:tcPr>
          <w:p w14:paraId="474DEAF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Ime i prezime ovlaštene / odgovorne osobe</w:t>
            </w:r>
          </w:p>
        </w:tc>
        <w:tc>
          <w:tcPr>
            <w:tcW w:w="4986" w:type="dxa"/>
            <w:vAlign w:val="center"/>
          </w:tcPr>
          <w:p w14:paraId="133D1853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8E11914" w14:textId="77777777" w:rsidTr="00C15E4F">
        <w:trPr>
          <w:trHeight w:val="560"/>
          <w:jc w:val="center"/>
        </w:trPr>
        <w:tc>
          <w:tcPr>
            <w:tcW w:w="4986" w:type="dxa"/>
            <w:vAlign w:val="center"/>
          </w:tcPr>
          <w:p w14:paraId="4BE66422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Kontakt osoba</w:t>
            </w:r>
          </w:p>
        </w:tc>
        <w:tc>
          <w:tcPr>
            <w:tcW w:w="4986" w:type="dxa"/>
            <w:vAlign w:val="center"/>
          </w:tcPr>
          <w:p w14:paraId="609C57CC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C6D076A" w14:textId="77777777" w:rsidTr="00C15E4F">
        <w:trPr>
          <w:trHeight w:val="568"/>
          <w:jc w:val="center"/>
        </w:trPr>
        <w:tc>
          <w:tcPr>
            <w:tcW w:w="4986" w:type="dxa"/>
            <w:vAlign w:val="center"/>
          </w:tcPr>
          <w:p w14:paraId="1E8C0AA8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Telefon / mobitel</w:t>
            </w:r>
          </w:p>
        </w:tc>
        <w:tc>
          <w:tcPr>
            <w:tcW w:w="4986" w:type="dxa"/>
            <w:vAlign w:val="center"/>
          </w:tcPr>
          <w:p w14:paraId="7D818234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35DE7F02" w14:textId="77777777" w:rsidTr="00C15E4F">
        <w:trPr>
          <w:trHeight w:val="548"/>
          <w:jc w:val="center"/>
        </w:trPr>
        <w:tc>
          <w:tcPr>
            <w:tcW w:w="4986" w:type="dxa"/>
            <w:vAlign w:val="center"/>
          </w:tcPr>
          <w:p w14:paraId="2DC25788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E-adresa</w:t>
            </w:r>
          </w:p>
        </w:tc>
        <w:tc>
          <w:tcPr>
            <w:tcW w:w="4986" w:type="dxa"/>
            <w:vAlign w:val="center"/>
          </w:tcPr>
          <w:p w14:paraId="13A4D726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1B04A990" w14:textId="77777777" w:rsidTr="00C15E4F">
        <w:trPr>
          <w:trHeight w:val="548"/>
          <w:jc w:val="center"/>
        </w:trPr>
        <w:tc>
          <w:tcPr>
            <w:tcW w:w="4986" w:type="dxa"/>
            <w:vAlign w:val="center"/>
          </w:tcPr>
          <w:p w14:paraId="33BB3E07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Prodajna mjesta (objekti sa skice) i obveze koje član izvršava</w:t>
            </w:r>
          </w:p>
        </w:tc>
        <w:tc>
          <w:tcPr>
            <w:tcW w:w="4986" w:type="dxa"/>
            <w:vAlign w:val="center"/>
          </w:tcPr>
          <w:p w14:paraId="31476544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</w:tbl>
    <w:p w14:paraId="1CE9B435" w14:textId="77777777" w:rsidR="00CA387C" w:rsidRPr="00080E82" w:rsidRDefault="00CA387C">
      <w:pPr>
        <w:jc w:val="both"/>
        <w:rPr>
          <w:rFonts w:ascii="Verdana" w:hAnsi="Verdana" w:cs="Times New Roman"/>
          <w:sz w:val="20"/>
          <w:szCs w:val="20"/>
          <w:lang w:val="hr-HR"/>
        </w:rPr>
      </w:pPr>
    </w:p>
    <w:p w14:paraId="4CB32640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Član zajednice ponuditelja br.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36212" w:rsidRPr="00080E82" w14:paraId="3E12EF25" w14:textId="77777777">
        <w:trPr>
          <w:jc w:val="center"/>
        </w:trPr>
        <w:tc>
          <w:tcPr>
            <w:tcW w:w="4986" w:type="dxa"/>
            <w:vAlign w:val="center"/>
          </w:tcPr>
          <w:p w14:paraId="0FCF4CA8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Podatak</w:t>
            </w:r>
          </w:p>
        </w:tc>
        <w:tc>
          <w:tcPr>
            <w:tcW w:w="4986" w:type="dxa"/>
            <w:vAlign w:val="center"/>
          </w:tcPr>
          <w:p w14:paraId="1EBC6F9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b/>
                <w:sz w:val="20"/>
                <w:szCs w:val="20"/>
                <w:lang w:val="hr-HR"/>
              </w:rPr>
              <w:t>Upis – član br. 3</w:t>
            </w:r>
          </w:p>
        </w:tc>
      </w:tr>
      <w:tr w:rsidR="00E36212" w:rsidRPr="00080E82" w14:paraId="1B7D8F5E" w14:textId="77777777" w:rsidTr="00C15E4F">
        <w:trPr>
          <w:trHeight w:val="479"/>
          <w:jc w:val="center"/>
        </w:trPr>
        <w:tc>
          <w:tcPr>
            <w:tcW w:w="4986" w:type="dxa"/>
            <w:vAlign w:val="center"/>
          </w:tcPr>
          <w:p w14:paraId="776D23BF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Naziv / ime i prezime člana</w:t>
            </w:r>
          </w:p>
        </w:tc>
        <w:tc>
          <w:tcPr>
            <w:tcW w:w="4986" w:type="dxa"/>
            <w:vAlign w:val="center"/>
          </w:tcPr>
          <w:p w14:paraId="31015744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2E4A534C" w14:textId="77777777">
        <w:trPr>
          <w:jc w:val="center"/>
        </w:trPr>
        <w:tc>
          <w:tcPr>
            <w:tcW w:w="4986" w:type="dxa"/>
            <w:vAlign w:val="center"/>
          </w:tcPr>
          <w:p w14:paraId="3AF1BD73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Pravni oblik (trgovačko društvo, obrt, drugo)</w:t>
            </w:r>
          </w:p>
        </w:tc>
        <w:tc>
          <w:tcPr>
            <w:tcW w:w="4986" w:type="dxa"/>
            <w:vAlign w:val="center"/>
          </w:tcPr>
          <w:p w14:paraId="66FDB65F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66D1F540" w14:textId="77777777" w:rsidTr="00C15E4F">
        <w:trPr>
          <w:trHeight w:val="480"/>
          <w:jc w:val="center"/>
        </w:trPr>
        <w:tc>
          <w:tcPr>
            <w:tcW w:w="4986" w:type="dxa"/>
            <w:vAlign w:val="center"/>
          </w:tcPr>
          <w:p w14:paraId="746A5CF4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OIB člana</w:t>
            </w:r>
          </w:p>
        </w:tc>
        <w:tc>
          <w:tcPr>
            <w:tcW w:w="4986" w:type="dxa"/>
            <w:vAlign w:val="center"/>
          </w:tcPr>
          <w:p w14:paraId="2F7CEE62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7D6FE53A" w14:textId="77777777" w:rsidTr="00C15E4F">
        <w:trPr>
          <w:trHeight w:val="572"/>
          <w:jc w:val="center"/>
        </w:trPr>
        <w:tc>
          <w:tcPr>
            <w:tcW w:w="4986" w:type="dxa"/>
            <w:vAlign w:val="center"/>
          </w:tcPr>
          <w:p w14:paraId="1FBA7550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Sjedište / adresa</w:t>
            </w:r>
          </w:p>
        </w:tc>
        <w:tc>
          <w:tcPr>
            <w:tcW w:w="4986" w:type="dxa"/>
            <w:vAlign w:val="center"/>
          </w:tcPr>
          <w:p w14:paraId="4F334877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34929525" w14:textId="77777777" w:rsidTr="00C15E4F">
        <w:trPr>
          <w:trHeight w:val="552"/>
          <w:jc w:val="center"/>
        </w:trPr>
        <w:tc>
          <w:tcPr>
            <w:tcW w:w="4986" w:type="dxa"/>
            <w:vAlign w:val="center"/>
          </w:tcPr>
          <w:p w14:paraId="48B9E6C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Ime i prezime ovlaštene / odgovorne osobe</w:t>
            </w:r>
          </w:p>
        </w:tc>
        <w:tc>
          <w:tcPr>
            <w:tcW w:w="4986" w:type="dxa"/>
            <w:vAlign w:val="center"/>
          </w:tcPr>
          <w:p w14:paraId="1ED6E16B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43CA5D91" w14:textId="77777777" w:rsidTr="00C15E4F">
        <w:trPr>
          <w:trHeight w:val="560"/>
          <w:jc w:val="center"/>
        </w:trPr>
        <w:tc>
          <w:tcPr>
            <w:tcW w:w="4986" w:type="dxa"/>
            <w:vAlign w:val="center"/>
          </w:tcPr>
          <w:p w14:paraId="76708D05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Kontakt osoba</w:t>
            </w:r>
          </w:p>
        </w:tc>
        <w:tc>
          <w:tcPr>
            <w:tcW w:w="4986" w:type="dxa"/>
            <w:vAlign w:val="center"/>
          </w:tcPr>
          <w:p w14:paraId="56DEFE30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2708AB3E" w14:textId="77777777" w:rsidTr="00C15E4F">
        <w:trPr>
          <w:trHeight w:val="568"/>
          <w:jc w:val="center"/>
        </w:trPr>
        <w:tc>
          <w:tcPr>
            <w:tcW w:w="4986" w:type="dxa"/>
            <w:vAlign w:val="center"/>
          </w:tcPr>
          <w:p w14:paraId="45744D41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Telefon / mobitel</w:t>
            </w:r>
          </w:p>
        </w:tc>
        <w:tc>
          <w:tcPr>
            <w:tcW w:w="4986" w:type="dxa"/>
            <w:vAlign w:val="center"/>
          </w:tcPr>
          <w:p w14:paraId="19C49EB1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53CCC182" w14:textId="77777777" w:rsidTr="00C15E4F">
        <w:trPr>
          <w:trHeight w:val="548"/>
          <w:jc w:val="center"/>
        </w:trPr>
        <w:tc>
          <w:tcPr>
            <w:tcW w:w="4986" w:type="dxa"/>
            <w:vAlign w:val="center"/>
          </w:tcPr>
          <w:p w14:paraId="129E332E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lastRenderedPageBreak/>
              <w:t>E-adresa</w:t>
            </w:r>
          </w:p>
        </w:tc>
        <w:tc>
          <w:tcPr>
            <w:tcW w:w="4986" w:type="dxa"/>
            <w:vAlign w:val="center"/>
          </w:tcPr>
          <w:p w14:paraId="5A1E3464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  <w:tr w:rsidR="00E36212" w:rsidRPr="00080E82" w14:paraId="23462A63" w14:textId="77777777" w:rsidTr="00C15E4F">
        <w:trPr>
          <w:trHeight w:val="548"/>
          <w:jc w:val="center"/>
        </w:trPr>
        <w:tc>
          <w:tcPr>
            <w:tcW w:w="4986" w:type="dxa"/>
            <w:vAlign w:val="center"/>
          </w:tcPr>
          <w:p w14:paraId="7128889E" w14:textId="77777777" w:rsidR="00C33951" w:rsidRPr="00080E82" w:rsidRDefault="00000000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  <w:r w:rsidRPr="00080E82">
              <w:rPr>
                <w:rFonts w:ascii="Verdana" w:hAnsi="Verdana" w:cs="Times New Roman"/>
                <w:sz w:val="20"/>
                <w:szCs w:val="20"/>
                <w:lang w:val="hr-HR"/>
              </w:rPr>
              <w:t>Prodajna mjesta (objekti sa skice) i obveze koje član izvršava</w:t>
            </w:r>
          </w:p>
        </w:tc>
        <w:tc>
          <w:tcPr>
            <w:tcW w:w="4986" w:type="dxa"/>
            <w:vAlign w:val="center"/>
          </w:tcPr>
          <w:p w14:paraId="3B0E00EC" w14:textId="77777777" w:rsidR="00C33951" w:rsidRPr="00080E82" w:rsidRDefault="00C33951" w:rsidP="00E36212">
            <w:pPr>
              <w:spacing w:after="0"/>
              <w:jc w:val="both"/>
              <w:rPr>
                <w:rFonts w:ascii="Verdana" w:hAnsi="Verdana" w:cs="Times New Roman"/>
                <w:sz w:val="20"/>
                <w:szCs w:val="20"/>
                <w:lang w:val="hr-HR"/>
              </w:rPr>
            </w:pPr>
          </w:p>
        </w:tc>
      </w:tr>
    </w:tbl>
    <w:p w14:paraId="55D4EAD6" w14:textId="77777777" w:rsidR="00CA387C" w:rsidRPr="00080E82" w:rsidRDefault="00CA387C">
      <w:pPr>
        <w:jc w:val="both"/>
        <w:rPr>
          <w:rFonts w:ascii="Verdana" w:hAnsi="Verdana" w:cs="Times New Roman"/>
          <w:sz w:val="20"/>
          <w:szCs w:val="20"/>
          <w:lang w:val="hr-HR"/>
        </w:rPr>
      </w:pPr>
    </w:p>
    <w:p w14:paraId="6441E988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Prodajna mjesta (objekti sa skice) i obveze koje izvršava nositelj zajednice ponuditelja: ______________________________________________</w:t>
      </w:r>
    </w:p>
    <w:p w14:paraId="4FA905C9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Raspodjelom moraju biti obuhvaćena sva prodajna mjesta iz točke 2. Natječaja (objekti 1, 3a, 3b i 4 sa skice).</w:t>
      </w:r>
    </w:p>
    <w:p w14:paraId="224FC1C5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Izjava članova zajednice ponuditelja</w:t>
      </w:r>
    </w:p>
    <w:p w14:paraId="68C95C8F" w14:textId="77777777" w:rsidR="00CA387C" w:rsidRPr="00080E82" w:rsidRDefault="00000000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Mi, niže potpisani članovi zajednice ponuditelja, izjavljujemo da ponudu na Natječaj podnosimo zajednički, da je nositelj zajednice ponuditelja ______________________________ (naziv, OIB), koji je ovlašten u ime svih članova podnijeti ponudu, komunicirati s Festivalom Opatija i primati pismena, te da Festivalu Opatija za ispunjenje svih obveza iz Natječaja, ponude i ugovora odgovaramo solidarno.</w:t>
      </w:r>
    </w:p>
    <w:p w14:paraId="0FF0CA6B" w14:textId="77777777" w:rsidR="00CA387C" w:rsidRPr="00080E82" w:rsidRDefault="00000000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Nositelj zajednice ponuditelja (naziv, OIB, ime i prezime ovlaštene osobe, potpis i pečat): ______________________________________________</w:t>
      </w:r>
    </w:p>
    <w:p w14:paraId="23923700" w14:textId="77777777" w:rsidR="00CA387C" w:rsidRPr="00080E82" w:rsidRDefault="00000000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Član zajednice ponuditelja br. 2 (naziv, OIB, ime i prezime ovlaštene osobe, potpis i pečat): ______________________________________________</w:t>
      </w:r>
    </w:p>
    <w:p w14:paraId="3B54C375" w14:textId="77777777" w:rsidR="00CA387C" w:rsidRPr="00080E82" w:rsidRDefault="00000000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Član zajednice ponuditelja br. 3 (naziv, OIB, ime i prezime ovlaštene osobe, potpis i pečat): ______________________________________________</w:t>
      </w:r>
    </w:p>
    <w:p w14:paraId="3DDB2BC8" w14:textId="77777777" w:rsidR="00C33951" w:rsidRPr="00080E82" w:rsidRDefault="00000000" w:rsidP="00E36212">
      <w:pPr>
        <w:spacing w:before="200"/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b/>
          <w:sz w:val="20"/>
          <w:szCs w:val="20"/>
          <w:lang w:val="hr-HR"/>
        </w:rPr>
        <w:t>4. IZJAVA PONUDITELJA</w:t>
      </w:r>
    </w:p>
    <w:p w14:paraId="1C2B6E0D" w14:textId="77777777" w:rsidR="00C33951" w:rsidRPr="00080E82" w:rsidRDefault="00000000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Potvrđujem da su podaci navedeni u Prijavnici istiniti i potpuni, da sam upoznat/a s uvjetima Natječaja, te da prihvaćam obveze koje proizlaze iz odabira proizvoda obvezne minimalne ponude. Za istinitost podataka odgovaram u skladu s važećim propisima.</w:t>
      </w:r>
    </w:p>
    <w:p w14:paraId="4929ACC2" w14:textId="77777777" w:rsidR="008D6D2E" w:rsidRPr="00080E82" w:rsidRDefault="008D6D2E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  <w:bookmarkStart w:id="2" w:name="_Hlk242880287"/>
    </w:p>
    <w:p w14:paraId="5ED5659E" w14:textId="77777777" w:rsidR="008D6D2E" w:rsidRPr="00080E82" w:rsidRDefault="008D6D2E" w:rsidP="00E36212">
      <w:pPr>
        <w:jc w:val="both"/>
        <w:rPr>
          <w:rFonts w:ascii="Verdana" w:hAnsi="Verdana" w:cs="Times New Roman"/>
          <w:sz w:val="20"/>
          <w:szCs w:val="20"/>
          <w:lang w:val="hr-HR"/>
        </w:rPr>
      </w:pPr>
    </w:p>
    <w:p w14:paraId="3BA841C1" w14:textId="77777777" w:rsidR="00C33951" w:rsidRPr="00080E82" w:rsidRDefault="00000000" w:rsidP="008D6D2E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Mjesto i datum: ______________________________________________________________________</w:t>
      </w:r>
    </w:p>
    <w:p w14:paraId="40EF5D68" w14:textId="77777777" w:rsidR="008D6D2E" w:rsidRPr="00080E82" w:rsidRDefault="008D6D2E" w:rsidP="008D6D2E">
      <w:pPr>
        <w:rPr>
          <w:rFonts w:ascii="Verdana" w:hAnsi="Verdana" w:cs="Times New Roman"/>
          <w:sz w:val="20"/>
          <w:szCs w:val="20"/>
          <w:lang w:val="hr-HR"/>
        </w:rPr>
      </w:pPr>
    </w:p>
    <w:p w14:paraId="39DF45E2" w14:textId="77777777" w:rsidR="00C33951" w:rsidRPr="00080E82" w:rsidRDefault="00000000" w:rsidP="008D6D2E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Ime i prezime potpisnika: ______________________________________________________________________</w:t>
      </w:r>
    </w:p>
    <w:p w14:paraId="4588C68B" w14:textId="77777777" w:rsidR="008D6D2E" w:rsidRPr="00080E82" w:rsidRDefault="008D6D2E" w:rsidP="008D6D2E">
      <w:pPr>
        <w:rPr>
          <w:rFonts w:ascii="Verdana" w:hAnsi="Verdana" w:cs="Times New Roman"/>
          <w:sz w:val="20"/>
          <w:szCs w:val="20"/>
          <w:lang w:val="hr-HR"/>
        </w:rPr>
      </w:pPr>
    </w:p>
    <w:p w14:paraId="2B359B5D" w14:textId="77777777" w:rsidR="008D6D2E" w:rsidRPr="00080E82" w:rsidRDefault="00000000" w:rsidP="008D6D2E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>Potpis ponuditelja / ovlaštene osobe: (u slučaju zajedničke ponude potpisuje nositelj zajednice ponuditelja, a ostali članovi potpisuju izjavu u točki 3.)</w:t>
      </w:r>
    </w:p>
    <w:p w14:paraId="42960298" w14:textId="77777777" w:rsidR="00C33951" w:rsidRPr="00080E82" w:rsidRDefault="00000000" w:rsidP="008D6D2E">
      <w:pPr>
        <w:rPr>
          <w:rFonts w:ascii="Verdana" w:hAnsi="Verdana" w:cs="Times New Roman"/>
          <w:sz w:val="20"/>
          <w:szCs w:val="20"/>
          <w:lang w:val="hr-HR"/>
        </w:rPr>
      </w:pPr>
      <w:r w:rsidRPr="00080E82">
        <w:rPr>
          <w:rFonts w:ascii="Verdana" w:hAnsi="Verdana" w:cs="Times New Roman"/>
          <w:sz w:val="20"/>
          <w:szCs w:val="20"/>
          <w:lang w:val="hr-HR"/>
        </w:rPr>
        <w:t xml:space="preserve"> _____________________________________________________</w:t>
      </w:r>
      <w:bookmarkEnd w:id="2"/>
      <w:r w:rsidRPr="00080E82">
        <w:rPr>
          <w:rFonts w:ascii="Verdana" w:hAnsi="Verdana" w:cs="Times New Roman"/>
          <w:sz w:val="20"/>
          <w:szCs w:val="20"/>
          <w:lang w:val="hr-HR"/>
        </w:rPr>
        <w:t>_________________</w:t>
      </w:r>
    </w:p>
    <w:sectPr w:rsidR="00C33951" w:rsidRPr="00080E82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9859">
    <w:abstractNumId w:val="8"/>
  </w:num>
  <w:num w:numId="2" w16cid:durableId="1064064699">
    <w:abstractNumId w:val="6"/>
  </w:num>
  <w:num w:numId="3" w16cid:durableId="1636059791">
    <w:abstractNumId w:val="5"/>
  </w:num>
  <w:num w:numId="4" w16cid:durableId="253173133">
    <w:abstractNumId w:val="4"/>
  </w:num>
  <w:num w:numId="5" w16cid:durableId="1158306008">
    <w:abstractNumId w:val="7"/>
  </w:num>
  <w:num w:numId="6" w16cid:durableId="394743974">
    <w:abstractNumId w:val="3"/>
  </w:num>
  <w:num w:numId="7" w16cid:durableId="709493128">
    <w:abstractNumId w:val="2"/>
  </w:num>
  <w:num w:numId="8" w16cid:durableId="493499361">
    <w:abstractNumId w:val="1"/>
  </w:num>
  <w:num w:numId="9" w16cid:durableId="147097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E82"/>
    <w:rsid w:val="0015074B"/>
    <w:rsid w:val="001849B4"/>
    <w:rsid w:val="00272DA0"/>
    <w:rsid w:val="0029639D"/>
    <w:rsid w:val="00326F90"/>
    <w:rsid w:val="003828A7"/>
    <w:rsid w:val="00514D5F"/>
    <w:rsid w:val="005D03ED"/>
    <w:rsid w:val="0066054B"/>
    <w:rsid w:val="008D6D2E"/>
    <w:rsid w:val="00920D14"/>
    <w:rsid w:val="00AA1D8D"/>
    <w:rsid w:val="00B47730"/>
    <w:rsid w:val="00C01CEF"/>
    <w:rsid w:val="00C15E4F"/>
    <w:rsid w:val="00C33951"/>
    <w:rsid w:val="00CA387C"/>
    <w:rsid w:val="00CB0664"/>
    <w:rsid w:val="00CD3A09"/>
    <w:rsid w:val="00D16126"/>
    <w:rsid w:val="00E362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8C277"/>
  <w14:defaultImageDpi w14:val="300"/>
  <w15:docId w15:val="{C6C1C3DA-66D0-48A1-BBB7-F046BB31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cp:lastModifiedBy>Neven Knežević (OD Knežević i partneri)</cp:lastModifiedBy>
  <cp:revision>4</cp:revision>
  <dcterms:created xsi:type="dcterms:W3CDTF">2026-10-30T13:49:00Z</dcterms:created>
  <dcterms:modified xsi:type="dcterms:W3CDTF">2026-10-30T13:50:00Z</dcterms:modified>
  <cp:category/>
</cp:coreProperties>
</file>